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DCCD0" w14:textId="77777777" w:rsidR="006447BA" w:rsidRDefault="00000000">
      <w:pPr>
        <w:jc w:val="center"/>
      </w:pPr>
      <w:r>
        <w:rPr>
          <w:b/>
          <w:sz w:val="36"/>
        </w:rPr>
        <w:t>APPLICATION FORM</w:t>
      </w:r>
    </w:p>
    <w:p w14:paraId="0F973808" w14:textId="77777777" w:rsidR="006447BA" w:rsidRDefault="00000000">
      <w:pPr>
        <w:jc w:val="center"/>
      </w:pPr>
      <w:r>
        <w:rPr>
          <w:i/>
        </w:rPr>
        <w:t>Please read the Rules of the Competition before applying.</w:t>
      </w:r>
    </w:p>
    <w:p w14:paraId="374D571C" w14:textId="77777777" w:rsidR="006447BA" w:rsidRDefault="00000000">
      <w:pPr>
        <w:shd w:val="clear" w:color="auto" w:fill="EDE7DC"/>
        <w:spacing w:before="240" w:after="120"/>
      </w:pPr>
      <w:r>
        <w:rPr>
          <w:b/>
          <w:sz w:val="24"/>
        </w:rPr>
        <w:t>PERSONAL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3"/>
        <w:gridCol w:w="6899"/>
      </w:tblGrid>
      <w:tr w:rsidR="006447BA" w14:paraId="0691666E" w14:textId="77777777">
        <w:trPr>
          <w:jc w:val="center"/>
        </w:trPr>
        <w:tc>
          <w:tcPr>
            <w:tcW w:w="345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D139C99" w14:textId="77777777" w:rsidR="006447BA" w:rsidRDefault="00000000">
            <w:r>
              <w:rPr>
                <w:b/>
              </w:rPr>
              <w:t>First name</w:t>
            </w:r>
          </w:p>
        </w:tc>
        <w:tc>
          <w:tcPr>
            <w:tcW w:w="69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646B61BC" w14:textId="77777777" w:rsidR="006447BA" w:rsidRDefault="006447BA"/>
        </w:tc>
      </w:tr>
      <w:tr w:rsidR="006447BA" w14:paraId="7EB772C9" w14:textId="77777777">
        <w:trPr>
          <w:jc w:val="center"/>
        </w:trPr>
        <w:tc>
          <w:tcPr>
            <w:tcW w:w="345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3134A7A" w14:textId="77777777" w:rsidR="006447BA" w:rsidRDefault="00000000">
            <w:r>
              <w:rPr>
                <w:b/>
              </w:rPr>
              <w:t>Family name</w:t>
            </w:r>
          </w:p>
        </w:tc>
        <w:tc>
          <w:tcPr>
            <w:tcW w:w="69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661CECDB" w14:textId="77777777" w:rsidR="006447BA" w:rsidRDefault="006447BA"/>
        </w:tc>
      </w:tr>
      <w:tr w:rsidR="006447BA" w14:paraId="0EF14F28" w14:textId="77777777">
        <w:trPr>
          <w:jc w:val="center"/>
        </w:trPr>
        <w:tc>
          <w:tcPr>
            <w:tcW w:w="345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EBB7211" w14:textId="77777777" w:rsidR="006447BA" w:rsidRDefault="00000000">
            <w:r>
              <w:rPr>
                <w:b/>
              </w:rPr>
              <w:t>Date of birth (Day/Month/Year)</w:t>
            </w:r>
          </w:p>
        </w:tc>
        <w:tc>
          <w:tcPr>
            <w:tcW w:w="69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5813E97D" w14:textId="77777777" w:rsidR="006447BA" w:rsidRDefault="006447BA"/>
        </w:tc>
      </w:tr>
      <w:tr w:rsidR="006447BA" w14:paraId="3150C76C" w14:textId="77777777">
        <w:trPr>
          <w:jc w:val="center"/>
        </w:trPr>
        <w:tc>
          <w:tcPr>
            <w:tcW w:w="345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A7676D7" w14:textId="77777777" w:rsidR="006447BA" w:rsidRDefault="00000000">
            <w:r>
              <w:rPr>
                <w:b/>
              </w:rPr>
              <w:t>Nationality at the moment of applying</w:t>
            </w:r>
          </w:p>
        </w:tc>
        <w:tc>
          <w:tcPr>
            <w:tcW w:w="69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0DB9F09F" w14:textId="77777777" w:rsidR="006447BA" w:rsidRDefault="006447BA"/>
        </w:tc>
      </w:tr>
      <w:tr w:rsidR="006447BA" w14:paraId="07932398" w14:textId="77777777">
        <w:trPr>
          <w:jc w:val="center"/>
        </w:trPr>
        <w:tc>
          <w:tcPr>
            <w:tcW w:w="345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2FF54E7" w14:textId="77777777" w:rsidR="006447BA" w:rsidRDefault="00000000">
            <w:r>
              <w:rPr>
                <w:b/>
              </w:rPr>
              <w:t>Email</w:t>
            </w:r>
          </w:p>
        </w:tc>
        <w:tc>
          <w:tcPr>
            <w:tcW w:w="69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1868CD28" w14:textId="77777777" w:rsidR="006447BA" w:rsidRDefault="006447BA"/>
        </w:tc>
      </w:tr>
      <w:tr w:rsidR="006447BA" w14:paraId="783A9AFF" w14:textId="77777777">
        <w:trPr>
          <w:jc w:val="center"/>
        </w:trPr>
        <w:tc>
          <w:tcPr>
            <w:tcW w:w="345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2C94135" w14:textId="77777777" w:rsidR="006447BA" w:rsidRDefault="00000000">
            <w:r>
              <w:rPr>
                <w:b/>
              </w:rPr>
              <w:t>Phone number</w:t>
            </w:r>
          </w:p>
        </w:tc>
        <w:tc>
          <w:tcPr>
            <w:tcW w:w="69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6DD75090" w14:textId="77777777" w:rsidR="006447BA" w:rsidRDefault="006447BA"/>
        </w:tc>
      </w:tr>
      <w:tr w:rsidR="006447BA" w14:paraId="25CCA860" w14:textId="77777777">
        <w:trPr>
          <w:jc w:val="center"/>
        </w:trPr>
        <w:tc>
          <w:tcPr>
            <w:tcW w:w="345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B591E0C" w14:textId="77777777" w:rsidR="006447BA" w:rsidRDefault="00000000">
            <w:r>
              <w:rPr>
                <w:b/>
              </w:rPr>
              <w:t>How did you learn about the competition?</w:t>
            </w:r>
          </w:p>
        </w:tc>
        <w:tc>
          <w:tcPr>
            <w:tcW w:w="691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24E2A47A" w14:textId="77777777" w:rsidR="006447BA" w:rsidRDefault="006447BA"/>
        </w:tc>
      </w:tr>
    </w:tbl>
    <w:p w14:paraId="37642C5D" w14:textId="77777777" w:rsidR="006447BA" w:rsidRDefault="00000000">
      <w:pPr>
        <w:shd w:val="clear" w:color="auto" w:fill="EDE7DC"/>
        <w:spacing w:before="240" w:after="120"/>
      </w:pPr>
      <w:r>
        <w:rPr>
          <w:b/>
          <w:sz w:val="24"/>
        </w:rPr>
        <w:t>PROGRAMME SELECTION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21"/>
        <w:gridCol w:w="1221"/>
        <w:gridCol w:w="1141"/>
        <w:gridCol w:w="5469"/>
      </w:tblGrid>
      <w:tr w:rsidR="006447BA" w14:paraId="61049E2D" w14:textId="77777777">
        <w:trPr>
          <w:jc w:val="center"/>
        </w:trPr>
        <w:tc>
          <w:tcPr>
            <w:tcW w:w="345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DE7DC"/>
            <w:vAlign w:val="center"/>
          </w:tcPr>
          <w:p w14:paraId="1906BC30" w14:textId="77777777" w:rsidR="006447BA" w:rsidRDefault="00000000">
            <w:r>
              <w:rPr>
                <w:b/>
              </w:rPr>
              <w:t>Stage</w:t>
            </w:r>
          </w:p>
        </w:tc>
        <w:tc>
          <w:tcPr>
            <w:tcW w:w="3456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DE7DC"/>
            <w:vAlign w:val="center"/>
          </w:tcPr>
          <w:p w14:paraId="326E2D18" w14:textId="77777777" w:rsidR="006447BA" w:rsidRDefault="00000000">
            <w:r>
              <w:rPr>
                <w:b/>
              </w:rPr>
              <w:t>No.</w:t>
            </w:r>
          </w:p>
        </w:tc>
        <w:tc>
          <w:tcPr>
            <w:tcW w:w="345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EDE7DC"/>
            <w:vAlign w:val="center"/>
          </w:tcPr>
          <w:p w14:paraId="47C4B946" w14:textId="77777777" w:rsidR="006447BA" w:rsidRDefault="00000000">
            <w:r>
              <w:rPr>
                <w:b/>
              </w:rPr>
              <w:t>Programme / Composer / Title / Duration</w:t>
            </w:r>
          </w:p>
        </w:tc>
      </w:tr>
      <w:tr w:rsidR="006447BA" w14:paraId="7CC3A737" w14:textId="77777777">
        <w:trPr>
          <w:jc w:val="center"/>
        </w:trPr>
        <w:tc>
          <w:tcPr>
            <w:tcW w:w="172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93505D5" w14:textId="77777777" w:rsidR="006447BA" w:rsidRDefault="00000000">
            <w:r>
              <w:rPr>
                <w:b/>
              </w:rPr>
              <w:t>1st Stage</w:t>
            </w:r>
          </w:p>
        </w:tc>
        <w:tc>
          <w:tcPr>
            <w:tcW w:w="648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22D7BEB" w14:textId="77777777" w:rsidR="006447BA" w:rsidRDefault="00000000">
            <w:r>
              <w:rPr>
                <w:b/>
              </w:rPr>
              <w:t>A)</w:t>
            </w:r>
          </w:p>
        </w:tc>
        <w:tc>
          <w:tcPr>
            <w:tcW w:w="806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35F7C169" w14:textId="77777777" w:rsidR="006447BA" w:rsidRDefault="006447BA"/>
        </w:tc>
      </w:tr>
      <w:tr w:rsidR="006447BA" w14:paraId="14420744" w14:textId="77777777">
        <w:trPr>
          <w:jc w:val="center"/>
        </w:trPr>
        <w:tc>
          <w:tcPr>
            <w:tcW w:w="172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8F2F385" w14:textId="77777777" w:rsidR="006447BA" w:rsidRDefault="006447BA"/>
        </w:tc>
        <w:tc>
          <w:tcPr>
            <w:tcW w:w="648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B752FFA" w14:textId="77777777" w:rsidR="006447BA" w:rsidRDefault="00000000">
            <w:r>
              <w:rPr>
                <w:b/>
              </w:rPr>
              <w:t>B)</w:t>
            </w:r>
          </w:p>
        </w:tc>
        <w:tc>
          <w:tcPr>
            <w:tcW w:w="806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79BE4AA1" w14:textId="77777777" w:rsidR="006447BA" w:rsidRDefault="006447BA"/>
        </w:tc>
      </w:tr>
      <w:tr w:rsidR="006447BA" w14:paraId="144109B7" w14:textId="77777777">
        <w:trPr>
          <w:jc w:val="center"/>
        </w:trPr>
        <w:tc>
          <w:tcPr>
            <w:tcW w:w="172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41D6A15" w14:textId="77777777" w:rsidR="006447BA" w:rsidRDefault="006447BA"/>
        </w:tc>
        <w:tc>
          <w:tcPr>
            <w:tcW w:w="648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77B922E" w14:textId="77777777" w:rsidR="006447BA" w:rsidRDefault="00000000">
            <w:r>
              <w:rPr>
                <w:b/>
              </w:rPr>
              <w:t>C)</w:t>
            </w:r>
          </w:p>
        </w:tc>
        <w:tc>
          <w:tcPr>
            <w:tcW w:w="806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1AA3AD6E" w14:textId="77777777" w:rsidR="006447BA" w:rsidRDefault="006447BA"/>
        </w:tc>
      </w:tr>
      <w:tr w:rsidR="006447BA" w14:paraId="0A7F8F69" w14:textId="77777777">
        <w:trPr>
          <w:jc w:val="center"/>
        </w:trPr>
        <w:tc>
          <w:tcPr>
            <w:tcW w:w="172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E1E602A" w14:textId="77777777" w:rsidR="006447BA" w:rsidRDefault="00000000">
            <w:r>
              <w:rPr>
                <w:b/>
              </w:rPr>
              <w:t>2nd Stage</w:t>
            </w:r>
          </w:p>
        </w:tc>
        <w:tc>
          <w:tcPr>
            <w:tcW w:w="648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E5BE4F5" w14:textId="77777777" w:rsidR="006447BA" w:rsidRDefault="00000000">
            <w:r>
              <w:rPr>
                <w:b/>
              </w:rPr>
              <w:t>A)</w:t>
            </w:r>
          </w:p>
        </w:tc>
        <w:tc>
          <w:tcPr>
            <w:tcW w:w="806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766B393B" w14:textId="77777777" w:rsidR="006447BA" w:rsidRDefault="006447BA"/>
        </w:tc>
      </w:tr>
      <w:tr w:rsidR="006447BA" w14:paraId="272AD56D" w14:textId="77777777">
        <w:trPr>
          <w:jc w:val="center"/>
        </w:trPr>
        <w:tc>
          <w:tcPr>
            <w:tcW w:w="172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5AAD761A" w14:textId="77777777" w:rsidR="006447BA" w:rsidRDefault="006447BA"/>
        </w:tc>
        <w:tc>
          <w:tcPr>
            <w:tcW w:w="648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B989DCF" w14:textId="77777777" w:rsidR="006447BA" w:rsidRDefault="00000000">
            <w:r>
              <w:rPr>
                <w:b/>
              </w:rPr>
              <w:t>B)</w:t>
            </w:r>
          </w:p>
        </w:tc>
        <w:tc>
          <w:tcPr>
            <w:tcW w:w="806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38EAEA49" w14:textId="77777777" w:rsidR="006447BA" w:rsidRDefault="006447BA"/>
        </w:tc>
      </w:tr>
      <w:tr w:rsidR="006447BA" w14:paraId="4E03F575" w14:textId="77777777">
        <w:trPr>
          <w:jc w:val="center"/>
        </w:trPr>
        <w:tc>
          <w:tcPr>
            <w:tcW w:w="172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14A8772" w14:textId="77777777" w:rsidR="006447BA" w:rsidRDefault="006447BA"/>
        </w:tc>
        <w:tc>
          <w:tcPr>
            <w:tcW w:w="648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133AF9E2" w14:textId="77777777" w:rsidR="006447BA" w:rsidRDefault="00000000">
            <w:r>
              <w:rPr>
                <w:b/>
              </w:rPr>
              <w:t>C)</w:t>
            </w:r>
          </w:p>
        </w:tc>
        <w:tc>
          <w:tcPr>
            <w:tcW w:w="806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589101EE" w14:textId="77777777" w:rsidR="006447BA" w:rsidRDefault="006447BA"/>
        </w:tc>
      </w:tr>
      <w:tr w:rsidR="006447BA" w14:paraId="29EC10A6" w14:textId="77777777">
        <w:trPr>
          <w:jc w:val="center"/>
        </w:trPr>
        <w:tc>
          <w:tcPr>
            <w:tcW w:w="5184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8EC55DC" w14:textId="77777777" w:rsidR="006447BA" w:rsidRDefault="00000000">
            <w:r>
              <w:rPr>
                <w:b/>
              </w:rPr>
              <w:t>Do you need an official piano accompanist for Stage 1/2? (free of charge)</w:t>
            </w:r>
          </w:p>
        </w:tc>
        <w:tc>
          <w:tcPr>
            <w:tcW w:w="5184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DA68FEB" w14:textId="77777777" w:rsidR="006447BA" w:rsidRDefault="00000000">
            <w:r>
              <w:t>☐ YES    ☐ NO</w:t>
            </w:r>
          </w:p>
        </w:tc>
      </w:tr>
      <w:tr w:rsidR="006447BA" w14:paraId="1D57EC35" w14:textId="77777777">
        <w:trPr>
          <w:jc w:val="center"/>
        </w:trPr>
        <w:tc>
          <w:tcPr>
            <w:tcW w:w="5184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604787E5" w14:textId="77777777" w:rsidR="006447BA" w:rsidRDefault="00000000">
            <w:r>
              <w:t>If NO, name of your piano accompanist</w:t>
            </w:r>
          </w:p>
        </w:tc>
        <w:tc>
          <w:tcPr>
            <w:tcW w:w="5184" w:type="dxa"/>
            <w:gridSpan w:val="2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333542FE" w14:textId="77777777" w:rsidR="006447BA" w:rsidRDefault="006447BA"/>
        </w:tc>
      </w:tr>
    </w:tbl>
    <w:p w14:paraId="510D703D" w14:textId="77777777" w:rsidR="006447BA" w:rsidRDefault="00000000">
      <w:pPr>
        <w:shd w:val="clear" w:color="auto" w:fill="EDE7DC"/>
        <w:spacing w:before="240" w:after="120"/>
      </w:pPr>
      <w:r>
        <w:rPr>
          <w:b/>
          <w:sz w:val="24"/>
        </w:rPr>
        <w:t>FINALE (CONCERTO)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7"/>
        <w:gridCol w:w="5175"/>
      </w:tblGrid>
      <w:tr w:rsidR="006447BA" w14:paraId="07D8113B" w14:textId="77777777">
        <w:trPr>
          <w:jc w:val="center"/>
        </w:trPr>
        <w:tc>
          <w:tcPr>
            <w:tcW w:w="51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B97BCD7" w14:textId="77777777" w:rsidR="006447BA" w:rsidRDefault="00000000">
            <w:r>
              <w:t>Concerto</w:t>
            </w:r>
          </w:p>
        </w:tc>
        <w:tc>
          <w:tcPr>
            <w:tcW w:w="51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57342E10" w14:textId="77777777" w:rsidR="006447BA" w:rsidRDefault="006447BA"/>
        </w:tc>
      </w:tr>
      <w:tr w:rsidR="006447BA" w14:paraId="3FA7CA7B" w14:textId="77777777">
        <w:trPr>
          <w:jc w:val="center"/>
        </w:trPr>
        <w:tc>
          <w:tcPr>
            <w:tcW w:w="51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719A9C0" w14:textId="77777777" w:rsidR="006447BA" w:rsidRDefault="00000000">
            <w:r>
              <w:rPr>
                <w:b/>
              </w:rPr>
              <w:t>Do you need an official piano accompanist for the Finale? (free of charge)</w:t>
            </w:r>
          </w:p>
        </w:tc>
        <w:tc>
          <w:tcPr>
            <w:tcW w:w="51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E91EFC1" w14:textId="77777777" w:rsidR="006447BA" w:rsidRDefault="00000000">
            <w:r>
              <w:t>☐ YES    ☐ NO</w:t>
            </w:r>
          </w:p>
        </w:tc>
      </w:tr>
      <w:tr w:rsidR="006447BA" w14:paraId="0918EE66" w14:textId="77777777">
        <w:trPr>
          <w:jc w:val="center"/>
        </w:trPr>
        <w:tc>
          <w:tcPr>
            <w:tcW w:w="51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30FA4D5" w14:textId="77777777" w:rsidR="006447BA" w:rsidRDefault="00000000">
            <w:r>
              <w:t>If NO, name of your piano accompanist</w:t>
            </w:r>
          </w:p>
        </w:tc>
        <w:tc>
          <w:tcPr>
            <w:tcW w:w="51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7F7F7"/>
            <w:vAlign w:val="center"/>
          </w:tcPr>
          <w:p w14:paraId="2A33322F" w14:textId="77777777" w:rsidR="006447BA" w:rsidRDefault="006447BA"/>
        </w:tc>
      </w:tr>
    </w:tbl>
    <w:p w14:paraId="1C7E70CF" w14:textId="77777777" w:rsidR="006447BA" w:rsidRDefault="00000000">
      <w:pPr>
        <w:shd w:val="clear" w:color="auto" w:fill="EDE7DC"/>
        <w:spacing w:before="240" w:after="120"/>
      </w:pPr>
      <w:r>
        <w:rPr>
          <w:b/>
          <w:sz w:val="24"/>
        </w:rPr>
        <w:t>OBLIGATORY ATTACHMENTS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"/>
        <w:gridCol w:w="9848"/>
      </w:tblGrid>
      <w:tr w:rsidR="006447BA" w14:paraId="285C8398" w14:textId="77777777">
        <w:trPr>
          <w:jc w:val="center"/>
        </w:trPr>
        <w:tc>
          <w:tcPr>
            <w:tcW w:w="50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39BA800E" w14:textId="77777777" w:rsidR="006447BA" w:rsidRDefault="00000000">
            <w:r>
              <w:t>☐</w:t>
            </w:r>
          </w:p>
        </w:tc>
        <w:tc>
          <w:tcPr>
            <w:tcW w:w="986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2CF5E2C" w14:textId="77777777" w:rsidR="006447BA" w:rsidRDefault="00000000">
            <w:r>
              <w:t>Copy of the valid passport or ID (visible photo and date of birth) – JPEG or PDF</w:t>
            </w:r>
          </w:p>
        </w:tc>
      </w:tr>
      <w:tr w:rsidR="006447BA" w14:paraId="030573FB" w14:textId="77777777">
        <w:trPr>
          <w:jc w:val="center"/>
        </w:trPr>
        <w:tc>
          <w:tcPr>
            <w:tcW w:w="50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0312E3F" w14:textId="77777777" w:rsidR="006447BA" w:rsidRDefault="00000000">
            <w:r>
              <w:t>☐</w:t>
            </w:r>
          </w:p>
        </w:tc>
        <w:tc>
          <w:tcPr>
            <w:tcW w:w="986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79C7DA0F" w14:textId="77777777" w:rsidR="006447BA" w:rsidRDefault="00000000">
            <w:r>
              <w:t>CV, maximum 250 words, in English – Word or PDF</w:t>
            </w:r>
          </w:p>
        </w:tc>
      </w:tr>
      <w:tr w:rsidR="006447BA" w14:paraId="41C52427" w14:textId="77777777">
        <w:trPr>
          <w:jc w:val="center"/>
        </w:trPr>
        <w:tc>
          <w:tcPr>
            <w:tcW w:w="50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033F0FB9" w14:textId="77777777" w:rsidR="006447BA" w:rsidRDefault="00000000">
            <w:r>
              <w:t>☐</w:t>
            </w:r>
          </w:p>
        </w:tc>
        <w:tc>
          <w:tcPr>
            <w:tcW w:w="986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254ACDC7" w14:textId="77777777" w:rsidR="006447BA" w:rsidRDefault="00000000">
            <w:r>
              <w:t>Proof of payment of the Participation Fee – JPEG or PDF</w:t>
            </w:r>
          </w:p>
        </w:tc>
      </w:tr>
      <w:tr w:rsidR="006447BA" w14:paraId="2F4D79C3" w14:textId="77777777">
        <w:trPr>
          <w:jc w:val="center"/>
        </w:trPr>
        <w:tc>
          <w:tcPr>
            <w:tcW w:w="50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308CEB3" w14:textId="77777777" w:rsidR="006447BA" w:rsidRDefault="00000000">
            <w:r>
              <w:t>☐</w:t>
            </w:r>
          </w:p>
        </w:tc>
        <w:tc>
          <w:tcPr>
            <w:tcW w:w="986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vAlign w:val="center"/>
          </w:tcPr>
          <w:p w14:paraId="43EE7D66" w14:textId="77777777" w:rsidR="006447BA" w:rsidRDefault="00000000">
            <w:r>
              <w:t>Portrait photo, colour – JPEG, max. file size 10 MB</w:t>
            </w:r>
          </w:p>
        </w:tc>
      </w:tr>
    </w:tbl>
    <w:p w14:paraId="4A450129" w14:textId="77777777" w:rsidR="006447BA" w:rsidRDefault="00000000">
      <w:pPr>
        <w:spacing w:before="200"/>
      </w:pPr>
      <w:r>
        <w:rPr>
          <w:b/>
        </w:rPr>
        <w:t>The application is valid only with all obligatory attachments provided.</w:t>
      </w:r>
    </w:p>
    <w:p w14:paraId="544A5B22" w14:textId="77777777" w:rsidR="006447BA" w:rsidRDefault="00000000">
      <w:r>
        <w:t xml:space="preserve">Please send the completed application form and obligatory attachments to: </w:t>
      </w:r>
      <w:r>
        <w:rPr>
          <w:b/>
        </w:rPr>
        <w:t>internationalcompetitionbelgrade@cebef.rs</w:t>
      </w:r>
    </w:p>
    <w:sectPr w:rsidR="006447BA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5870187">
    <w:abstractNumId w:val="8"/>
  </w:num>
  <w:num w:numId="2" w16cid:durableId="58021259">
    <w:abstractNumId w:val="6"/>
  </w:num>
  <w:num w:numId="3" w16cid:durableId="466510491">
    <w:abstractNumId w:val="5"/>
  </w:num>
  <w:num w:numId="4" w16cid:durableId="57822588">
    <w:abstractNumId w:val="4"/>
  </w:num>
  <w:num w:numId="5" w16cid:durableId="1544707684">
    <w:abstractNumId w:val="7"/>
  </w:num>
  <w:num w:numId="6" w16cid:durableId="65342262">
    <w:abstractNumId w:val="3"/>
  </w:num>
  <w:num w:numId="7" w16cid:durableId="94523396">
    <w:abstractNumId w:val="2"/>
  </w:num>
  <w:num w:numId="8" w16cid:durableId="505556410">
    <w:abstractNumId w:val="1"/>
  </w:num>
  <w:num w:numId="9" w16cid:durableId="179354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7508"/>
    <w:rsid w:val="00326F90"/>
    <w:rsid w:val="006447BA"/>
    <w:rsid w:val="008F394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6B1C3C"/>
  <w14:defaultImageDpi w14:val="300"/>
  <w15:docId w15:val="{7589E33F-5D23-4032-858E-00DDB71C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- Easy to Fill</dc:title>
  <dc:subject>Application form</dc:subject>
  <dc:creator>administrator cebef</dc:creator>
  <cp:keywords/>
  <dc:description/>
  <cp:lastModifiedBy>administrator cebef</cp:lastModifiedBy>
  <cp:revision>2</cp:revision>
  <dcterms:created xsi:type="dcterms:W3CDTF">2026-06-19T19:36:00Z</dcterms:created>
  <dcterms:modified xsi:type="dcterms:W3CDTF">2026-06-19T19:36:00Z</dcterms:modified>
  <cp:category/>
</cp:coreProperties>
</file>